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第139回近畿精神神経学会　抄録原稿テンプレート</w:t>
      </w:r>
    </w:p>
    <w:p>
      <w:r>
        <w:t>応募フォームへの入力内容を準備するための参考用です。提出は演題応募フォームから行ってください。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筆頭演者氏名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筆頭演者　本学会会員番号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メールアドレス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電話番号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筆頭・共同演者名（例：大阪 太郎1)、阿倍野 花子2)）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筆頭・共同演者の所属機関名（例：1)〇〇大学大学院医学研究科 神経精神医学、2)〇〇病院 精神科）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発表演題名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オープンアクセスへの同意（必須：同意しない場合は登録できません）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精神神経学雑誌投稿奨励賞応募の有無（応募する／応募しない）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備考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内容（400字以内）</w:t>
      </w:r>
    </w:p>
    <w:p>
      <w:r>
        <w:t>（ここに本文を記入してください。400字以内）</w:t>
        <w:br/>
        <w:br/>
        <w:br/>
      </w:r>
    </w:p>
    <w:p>
      <w:pPr>
        <w:pStyle w:val="Heading2"/>
      </w:pPr>
      <w:r>
        <w:t>記載上の注意</w:t>
      </w:r>
    </w:p>
    <w:p>
      <w:pPr>
        <w:pStyle w:val="ListBullet"/>
      </w:pPr>
      <w:r>
        <w:t>倫理面への配慮を本文中に記載してください。症例提示を含む場合は、同意取得およびプライバシー保護について明記してください。</w:t>
      </w:r>
    </w:p>
    <w:p>
      <w:pPr>
        <w:pStyle w:val="ListBullet"/>
      </w:pPr>
      <w:r>
        <w:t>患者について、個人特定可能な情報（氏名、イニシャル、入院番号等）は記載しないでください。</w:t>
      </w:r>
    </w:p>
    <w:p>
      <w:pPr>
        <w:pStyle w:val="ListBullet"/>
      </w:pPr>
      <w:r>
        <w:t>住所や固有名詞はアルファベット表記（A市、B社など）としてください。</w:t>
      </w:r>
    </w:p>
    <w:p>
      <w:pPr>
        <w:pStyle w:val="ListBullet"/>
      </w:pPr>
      <w:r>
        <w:t>実年齢は記載せず「○歳代」としてください。</w:t>
      </w:r>
    </w:p>
    <w:p>
      <w:pPr>
        <w:pStyle w:val="ListBullet"/>
      </w:pPr>
      <w:r>
        <w:t>月日を記載する場合は、個人が特定されない範囲にとどめてください。</w:t>
      </w:r>
    </w:p>
    <w:p>
      <w:pPr>
        <w:pStyle w:val="ListBullet"/>
      </w:pPr>
      <w:r>
        <w:t>診療科名で個人特定の恐れがある場合は記載しないでください。</w:t>
      </w:r>
    </w:p>
    <w:p>
      <w:pPr>
        <w:pStyle w:val="ListBullet"/>
      </w:pPr>
      <w:r>
        <w:t>他院の情報は「C病院」「D市」などと表記し、自施設は「当院」「当科」としてください。</w:t>
      </w:r>
    </w:p>
    <w:p>
      <w:pPr>
        <w:pStyle w:val="ListBullet"/>
      </w:pPr>
      <w:r>
        <w:t>登録時の内容がそのまま日本精神神経学雑誌に投稿されますので、十分にご確認ください。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